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Janez Kovač</w:t>
        <w:br/>
        <w:t>Direktor podjetja TehnoPlus d.o.o.</w:t>
        <w:br/>
        <w:t>Trg Republike 12, 1000 Ljubljana</w:t>
        <w:br/>
        <w:t>janez.kovac@tehnoplus.si</w:t>
        <w:br/>
        <w:t>01 234 56 78</w:t>
      </w:r>
    </w:p>
    <w:p>
      <w:r>
        <w:t>3. april 2025</w:t>
      </w:r>
    </w:p>
    <w:p>
      <w:r>
        <w:t>Zadeva: Priporočilo za [ime kandidata]</w:t>
      </w:r>
    </w:p>
    <w:p>
      <w:r>
        <w:t>Spoštovani,</w:t>
        <w:br/>
        <w:br/>
        <w:t>z velikim zadovoljstvom priporočam [ime kandidata], ki je bil med letoma [leto] in [leto] zaposlen v našem podjetju kot [delovno mesto].</w:t>
        <w:br/>
        <w:br/>
        <w:t>[Ime kandidata] je izkazal/-a izjemno predanost delu, visoko stopnjo samoiniciativnosti in odlične [strokovne/organizacijske] sposobnosti. Bil/-a je odgovoren/-a za [opis nalog ali projektov], kjer je dosegel/-a pomembne rezultate. Poleg strokovnosti je izstopal/-a tudi po svojih medosebnih veščinah – bil/-a je cenjen/-a sodelavec/-ka in vedno pripravljen/-a pomagati drugim članom ekipe.</w:t>
        <w:br/>
        <w:br/>
        <w:t>Prepričan/-a sem, da bo [ime kandidata] izjemna pridobitev za vsak kolektiv, saj združuje strokovno znanje, zanesljivost in visoko raven profesionalizma.</w:t>
        <w:br/>
        <w:br/>
        <w:t>Za dodatne informacije sem vam na voljo.</w:t>
        <w:br/>
      </w:r>
    </w:p>
    <w:p>
      <w:r>
        <w:t>S spoštovanjem,</w:t>
      </w:r>
    </w:p>
    <w:p>
      <w:r>
        <w:t>Janez Kovač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