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VLOGA ZA ZAMENJAVO VOZNIŠKEGA DOVOLJENJA</w:t>
      </w:r>
    </w:p>
    <w:p>
      <w:r>
        <w:t>Podatki vlagatelja:</w:t>
      </w:r>
    </w:p>
    <w:p>
      <w:r>
        <w:t>Ime in priimek: [Ime in priimek vlagatelja]</w:t>
      </w:r>
    </w:p>
    <w:p>
      <w:r>
        <w:t>Naslov: [Naslov stalnega prebivališča]</w:t>
      </w:r>
    </w:p>
    <w:p>
      <w:r>
        <w:t>EMŠO: [EMŠO]</w:t>
      </w:r>
    </w:p>
    <w:p>
      <w:r>
        <w:t>Davčna številka: [Davčna številka]</w:t>
      </w:r>
    </w:p>
    <w:p>
      <w:r>
        <w:t>Telefon: [Telefonska številka]</w:t>
      </w:r>
    </w:p>
    <w:p>
      <w:r>
        <w:t>E-naslov: [E-pošta]</w:t>
      </w:r>
    </w:p>
    <w:p>
      <w:r>
        <w:br/>
        <w:t>Razlog za zamenjavo:</w:t>
      </w:r>
    </w:p>
    <w:p>
      <w:r>
        <w:t>☐ Izguba vozniškega dovoljenja</w:t>
      </w:r>
    </w:p>
    <w:p>
      <w:r>
        <w:t>☐ Kraja vozniškega dovoljenja (priloženo potrdilo policije)</w:t>
      </w:r>
    </w:p>
    <w:p>
      <w:r>
        <w:t>☐ Poškodba ali obraba dovoljenja</w:t>
      </w:r>
    </w:p>
    <w:p>
      <w:r>
        <w:t>☐ Sprememba osebnih podatkov</w:t>
      </w:r>
    </w:p>
    <w:p>
      <w:r>
        <w:t>☐ Menjava tujega vozniškega dovoljenja</w:t>
      </w:r>
    </w:p>
    <w:p>
      <w:r>
        <w:br/>
        <w:t>Podatki o prejšnjem dovoljenju (če znani):</w:t>
      </w:r>
    </w:p>
    <w:p>
      <w:r>
        <w:t>Številka dovoljenja: [Številka]</w:t>
      </w:r>
    </w:p>
    <w:p>
      <w:r>
        <w:t>Datum izdaje: [Datum]</w:t>
      </w:r>
    </w:p>
    <w:p>
      <w:r>
        <w:t>Izdajatelj: [Upravna enota]</w:t>
      </w:r>
    </w:p>
    <w:p>
      <w:r>
        <w:br/>
        <w:t>Priloženi dokumenti:</w:t>
      </w:r>
    </w:p>
    <w:p>
      <w:r>
        <w:t>☐ Osebni dokument (osebna izkaznica ali potni list)</w:t>
      </w:r>
    </w:p>
    <w:p>
      <w:r>
        <w:t>☐ Nova fotografija (35 × 45 mm)</w:t>
      </w:r>
    </w:p>
    <w:p>
      <w:r>
        <w:t>☐ Potrdilo o prijavi izgube/kraje (če je dovoljenje ukradeno)</w:t>
      </w:r>
    </w:p>
    <w:p>
      <w:r>
        <w:t>☐ Potrdilo o plačilu upravne takse</w:t>
      </w:r>
    </w:p>
    <w:p>
      <w:r>
        <w:t>☐ Originalno tuje vozniško dovoljenje (če gre za menjavo tujega dovoljenja)</w:t>
      </w:r>
    </w:p>
    <w:p>
      <w:r>
        <w:t>☐ Uradni prevod dovoljenja (če ni izdano v slovenskem jeziku)</w:t>
      </w:r>
    </w:p>
    <w:p>
      <w:r>
        <w:t>☐ Zdravniško spričevalo (če je zahtevano)</w:t>
      </w:r>
    </w:p>
    <w:p>
      <w:r>
        <w:br/>
        <w:t>S podpisom potrjujem, da so navedeni podatki resnični in popolni ter se zavedam, da bo moje tuje vozniško dovoljenje ob izdaji slovenskega dovoljenja zadržano in poslano državi izdaje (če gre za menjavo tujega dovoljenja).</w:t>
      </w:r>
    </w:p>
    <w:p>
      <w:r>
        <w:br/>
        <w:t>V [Kraj], dne [Datum]</w:t>
      </w:r>
    </w:p>
    <w:p>
      <w:r>
        <w:br/>
        <w:t>Podpis vlagatelja:</w:t>
      </w:r>
    </w:p>
    <w:p>
      <w:r>
        <w:t>[Podpis]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