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EUROPASS ŽIVLJENJEPIS</w:t>
      </w:r>
    </w:p>
    <w:p>
      <w:r>
        <w:t>OSEBNI PODATKI</w:t>
      </w:r>
    </w:p>
    <w:p>
      <w:r>
        <w:t>Ime in priimek: [Ime in priimek]</w:t>
      </w:r>
    </w:p>
    <w:p>
      <w:r>
        <w:t>Naslov: [Naslov]</w:t>
      </w:r>
    </w:p>
    <w:p>
      <w:r>
        <w:t>Telefon: [Telefonska številka]</w:t>
      </w:r>
    </w:p>
    <w:p>
      <w:r>
        <w:t>E-pošta: [E-poštni naslov]</w:t>
      </w:r>
    </w:p>
    <w:p>
      <w:r>
        <w:t>Državljanstvo: [Državljanstvo]</w:t>
      </w:r>
    </w:p>
    <w:p>
      <w:r>
        <w:t>Datum rojstva: [DD/MM/LLLL]</w:t>
      </w:r>
    </w:p>
    <w:p>
      <w:r>
        <w:br/>
        <w:t>POVZETEK PROFILA</w:t>
      </w:r>
    </w:p>
    <w:p>
      <w:r>
        <w:t>[Kratek opis vaše strokovne poti in ključnih kompetenc.]</w:t>
      </w:r>
    </w:p>
    <w:p>
      <w:r>
        <w:br/>
        <w:t>IZOBRAŽEVANJE</w:t>
      </w:r>
    </w:p>
    <w:p>
      <w:r>
        <w:t>[Letnica začetka] – [Letnica zaključka]</w:t>
      </w:r>
    </w:p>
    <w:p>
      <w:r>
        <w:t>Naziv izobraževalnega programa: [Ime programa]</w:t>
      </w:r>
    </w:p>
    <w:p>
      <w:r>
        <w:t>Izobraževalna ustanova: [Ime univerze ali srednje šole]</w:t>
      </w:r>
    </w:p>
    <w:p>
      <w:r>
        <w:t>Glavne predmetne usmeritve: [Navedite ključna področja]</w:t>
      </w:r>
    </w:p>
    <w:p>
      <w:r>
        <w:br/>
        <w:t>DELOVNE IZKUŠNJE</w:t>
      </w:r>
    </w:p>
    <w:p>
      <w:r>
        <w:t>[Mesec/Leto začetka] – [Mesec/Leto zaključka]</w:t>
      </w:r>
    </w:p>
    <w:p>
      <w:r>
        <w:t>Delovno mesto: [Naziv delovnega mesta]</w:t>
      </w:r>
    </w:p>
    <w:p>
      <w:r>
        <w:t>Delodajalec: [Ime podjetja ali organizacije]</w:t>
      </w:r>
    </w:p>
    <w:p>
      <w:r>
        <w:t>Glavne naloge:</w:t>
      </w:r>
    </w:p>
    <w:p>
      <w:r>
        <w:t>- [Kratek opis odgovornosti]</w:t>
      </w:r>
    </w:p>
    <w:p>
      <w:r>
        <w:t>- [Doseženi rezultati]</w:t>
      </w:r>
    </w:p>
    <w:p>
      <w:r>
        <w:br/>
        <w:t>SPRETNOSTI IN KOMPETENCE</w:t>
      </w:r>
    </w:p>
    <w:p>
      <w:r>
        <w:t>- [Sposobnost timskega dela in prilagodljivost]</w:t>
      </w:r>
    </w:p>
    <w:p>
      <w:r>
        <w:t>- [Napredno znanje specifičnih programskih orodij]</w:t>
      </w:r>
    </w:p>
    <w:p>
      <w:r>
        <w:t>- [Druge pomembne veščine]</w:t>
      </w:r>
    </w:p>
    <w:p>
      <w:r>
        <w:br/>
        <w:t>JEZIKOVNE SPRETNOSTI</w:t>
      </w:r>
    </w:p>
    <w:p>
      <w:r>
        <w:t>Matični jezik: [Slovenščina]</w:t>
      </w:r>
    </w:p>
    <w:p>
      <w:r>
        <w:t>Drugi jeziki:</w:t>
      </w:r>
    </w:p>
    <w:p>
      <w:r>
        <w:t>- [Jezik 1] (osnovno / srednje / napredno)</w:t>
      </w:r>
    </w:p>
    <w:p>
      <w:r>
        <w:t>- [Jezik 2] (osnovno / srednje / napredno)</w:t>
      </w:r>
    </w:p>
    <w:p>
      <w:r>
        <w:br/>
        <w:t>DODATNE INFORMACIJE</w:t>
      </w:r>
    </w:p>
    <w:p>
      <w:r>
        <w:t>- Članstvo v organizacijah: [Ime organizacije, če relevantno]</w:t>
      </w:r>
    </w:p>
    <w:p>
      <w:r>
        <w:t>- Prostovoljno delo: [Opis izkušenj, če obstajajo]</w:t>
      </w:r>
    </w:p>
    <w:p>
      <w:r>
        <w:t>- Dovoljenje za vožnjo: [Kategorija, če relevantno]</w:t>
      </w:r>
    </w:p>
    <w:p>
      <w:r>
        <w:br/>
        <w:t>REFERENCE</w:t>
      </w:r>
    </w:p>
    <w:p>
      <w:r>
        <w:t>Na voljo na zahtevo.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