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DEDNI DOGOVOR</w:t>
      </w:r>
    </w:p>
    <w:p>
      <w:r>
        <w:t>Sklenjen med:</w:t>
      </w:r>
    </w:p>
    <w:p>
      <w:r>
        <w:t>Zapustnik:</w:t>
      </w:r>
    </w:p>
    <w:p>
      <w:r>
        <w:t>Ime in priimek: [Ime zapustnika]</w:t>
      </w:r>
    </w:p>
    <w:p>
      <w:r>
        <w:t>Naslov: [Naslov zapustnika]</w:t>
      </w:r>
    </w:p>
    <w:p>
      <w:r>
        <w:t>EMŠO: [EMŠO zapustnika]</w:t>
      </w:r>
    </w:p>
    <w:p>
      <w:r>
        <w:br/>
        <w:t>Dediči:</w:t>
      </w:r>
    </w:p>
    <w:p>
      <w:r>
        <w:t>1. Ime in priimek: [Ime prvega dediča]</w:t>
      </w:r>
    </w:p>
    <w:p>
      <w:r>
        <w:t xml:space="preserve">   Naslov: [Naslov prvega dediča]</w:t>
      </w:r>
    </w:p>
    <w:p>
      <w:r>
        <w:t xml:space="preserve">   EMŠO: [EMŠO prvega dediča]</w:t>
      </w:r>
    </w:p>
    <w:p>
      <w:r>
        <w:t>2. Ime in priimek: [Ime drugega dediča]</w:t>
      </w:r>
    </w:p>
    <w:p>
      <w:r>
        <w:t xml:space="preserve">   Naslov: [Naslov drugega dediča]</w:t>
      </w:r>
    </w:p>
    <w:p>
      <w:r>
        <w:t xml:space="preserve">   EMŠO: [EMŠO drugega dediča]</w:t>
      </w:r>
    </w:p>
    <w:p>
      <w:r>
        <w:br/>
        <w:t>Predmet dogovora:</w:t>
      </w:r>
    </w:p>
    <w:p>
      <w:r>
        <w:t>Zapustnik in dediči se dogovorijo o vnaprejšnji delitvi naslednjih nepremičnin:</w:t>
      </w:r>
    </w:p>
    <w:p>
      <w:r>
        <w:t>- Nepremičnina A: [Naslov ali katastrska številka nepremičnine] bo v celoti pripadala [Ime dediča].</w:t>
      </w:r>
    </w:p>
    <w:p>
      <w:r>
        <w:t>- Nepremičnina B: [Naslov ali katastrska številka nepremičnine] bo v celoti pripadala [Ime dediča].</w:t>
      </w:r>
    </w:p>
    <w:p>
      <w:r>
        <w:br/>
        <w:t>Pogoji:</w:t>
      </w:r>
    </w:p>
    <w:p>
      <w:r>
        <w:t>- Dediči se odpovedujejo vsem nadaljnjim zahtevkom glede nepremičnin, ki so predmet tega dogovora.</w:t>
      </w:r>
    </w:p>
    <w:p>
      <w:r>
        <w:t>- Zapustnik si pridržuje pravico do bivanja v nepremičnini A do svoje smrti.</w:t>
      </w:r>
    </w:p>
    <w:p>
      <w:r>
        <w:br/>
        <w:t>Overitev:</w:t>
      </w:r>
    </w:p>
    <w:p>
      <w:r>
        <w:t>Ta dedni dogovor je podpisan v prisotnosti notarja in je pravno veljaven.</w:t>
      </w:r>
    </w:p>
    <w:p>
      <w:r>
        <w:br/>
        <w:t>V [Kraj], dne [Datum]</w:t>
      </w:r>
    </w:p>
    <w:p>
      <w:r>
        <w:br/>
        <w:t>Podpisi:</w:t>
      </w:r>
    </w:p>
    <w:p>
      <w:r>
        <w:br/>
        <w:t>Zapustnik:</w:t>
      </w:r>
    </w:p>
    <w:p>
      <w:r>
        <w:t>[Podpis zapustnika]</w:t>
      </w:r>
    </w:p>
    <w:p>
      <w:r>
        <w:br/>
        <w:t>Dediči:</w:t>
      </w:r>
    </w:p>
    <w:p>
      <w:r>
        <w:t>[Podpis prvega dediča]</w:t>
      </w:r>
    </w:p>
    <w:p>
      <w:r>
        <w:t>[Podpis drugega dediča]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